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2"/>
        </w:rPr>
        <w:t>ASIF GROUND</w:t>
      </w:r>
    </w:p>
    <w:p>
      <w:pPr>
        <w:jc w:val="center"/>
      </w:pPr>
      <w:r>
        <w:rPr>
          <w:b/>
          <w:sz w:val="21"/>
        </w:rPr>
        <w:t>VIDEO EDITOR | ANIMATION | AI &amp; DIGITAL TECHNOLOGY</w:t>
      </w:r>
    </w:p>
    <w:p>
      <w:pPr>
        <w:jc w:val="center"/>
      </w:pPr>
      <w:r>
        <w:rPr>
          <w:sz w:val="18"/>
        </w:rPr>
        <w:t>Rahim Yar Khan, Punjab, Pakistan  |  +92 328 2169406  |  [Your Email]</w:t>
      </w:r>
    </w:p>
    <w:p>
      <w:pPr>
        <w:spacing w:before="120" w:after="40"/>
      </w:pPr>
      <w:r>
        <w:rPr>
          <w:b/>
          <w:sz w:val="22"/>
        </w:rPr>
        <w:t>PROFESSIONAL SUMMARY</w:t>
      </w:r>
    </w:p>
    <w:p>
      <w:r>
        <w:t>Creative and versatile AI &amp; Digital Technology professional with 5+ years of experience in video editing, animation, motion graphics and digital content production. Experienced in AI-assisted creative workflows, chatbots and AI agents, automation, website and digital product development, graphic design, digital marketing, social media management, YouTube automation and e-commerce. Skilled at combining creative, technical and AI tools to produce engaging content, streamline workflows and support business growth.</w:t>
      </w:r>
    </w:p>
    <w:p>
      <w:pPr>
        <w:spacing w:before="120" w:after="40"/>
      </w:pPr>
      <w:r>
        <w:rPr>
          <w:b/>
          <w:sz w:val="22"/>
        </w:rPr>
        <w:t>CORE SKILLS</w:t>
      </w:r>
    </w:p>
    <w:p>
      <w:r>
        <w:t>Video Editing • Animation • Motion Graphics • Graphic Design • AI Tools &amp; Generative AI • AI Chatbot Development • AI Agent Development • AI Automation • AI Workflow Automation • Prompt Engineering • Website Development • App Development • Game Development • WordPress • Shopify Development • E-commerce • Dropshipping • Blogging • Digital Marketing • Social Media Marketing • Social Media Management • YouTube Automation • SEO • Content Creation • Content Marketing • Marketing Automation • Business Process Automation • UI/UX Design • Adobe Premiere Pro • Adobe After Effects • DaVinci Resolve • Canva</w:t>
      </w:r>
    </w:p>
    <w:p>
      <w:pPr>
        <w:spacing w:before="120" w:after="40"/>
      </w:pPr>
      <w:r>
        <w:rPr>
          <w:b/>
          <w:sz w:val="22"/>
        </w:rPr>
        <w:t>PROFESSIONAL EXPERIENCE</w:t>
      </w:r>
    </w:p>
    <w:p>
      <w:r>
        <w:rPr>
          <w:b/>
        </w:rPr>
        <w:t>Video Editor &amp; AI / Digital Technology Specialist</w:t>
      </w:r>
      <w:r>
        <w:t xml:space="preserve"> | Freelance / Independent Professional</w:t>
      </w:r>
    </w:p>
    <w:p>
      <w:r>
        <w:rPr>
          <w:i/>
        </w:rPr>
        <w:t>5+ years of experience</w:t>
      </w:r>
    </w:p>
    <w:p>
      <w:pPr>
        <w:pStyle w:val="ListBullet"/>
      </w:pPr>
      <w:r>
        <w:t>Create and edit professional videos for YouTube, social media, reels, advertisements and digital platforms.</w:t>
      </w:r>
    </w:p>
    <w:p>
      <w:pPr>
        <w:pStyle w:val="ListBullet"/>
      </w:pPr>
      <w:r>
        <w:t>Produce animation, motion graphics, visual effects, color correction, subtitles and audio/sound enhancements.</w:t>
      </w:r>
    </w:p>
    <w:p>
      <w:pPr>
        <w:pStyle w:val="ListBullet"/>
      </w:pPr>
      <w:r>
        <w:t>Use Adobe Premiere Pro, Adobe After Effects, DaVinci Resolve, Canva and AI-assisted creative tools.</w:t>
      </w:r>
    </w:p>
    <w:p>
      <w:pPr>
        <w:pStyle w:val="ListBullet"/>
      </w:pPr>
      <w:r>
        <w:t>Develop AI chatbots, AI agents and automation workflows for digital and business use cases.</w:t>
      </w:r>
    </w:p>
    <w:p>
      <w:pPr>
        <w:pStyle w:val="ListBullet"/>
      </w:pPr>
      <w:r>
        <w:t>Build and manage websites, e-commerce stores and Shopify-based digital solutions.</w:t>
      </w:r>
    </w:p>
    <w:p>
      <w:pPr>
        <w:pStyle w:val="ListBullet"/>
      </w:pPr>
      <w:r>
        <w:t>Support digital marketing, SEO, social media marketing/management, content creation and YouTube automation.</w:t>
      </w:r>
    </w:p>
    <w:p>
      <w:pPr>
        <w:pStyle w:val="ListBullet"/>
      </w:pPr>
      <w:r>
        <w:t>Explore and develop digital products including websites, applications and games, with a focus on practical user experiences.</w:t>
      </w:r>
    </w:p>
    <w:p>
      <w:pPr>
        <w:spacing w:before="120" w:after="40"/>
      </w:pPr>
      <w:r>
        <w:rPr>
          <w:b/>
          <w:sz w:val="22"/>
        </w:rPr>
        <w:t>SELECTED AREAS OF EXPERTISE</w:t>
      </w:r>
    </w:p>
    <w:p>
      <w:r>
        <w:rPr>
          <w:b/>
        </w:rPr>
        <w:t xml:space="preserve">Creative &amp; Media: </w:t>
      </w:r>
      <w:r>
        <w:t>Video Editing, Animation, Motion Graphics, Graphic Design, Visual Effects, Color Grading, Sound Editing, YouTube &amp; Social Media Content</w:t>
      </w:r>
    </w:p>
    <w:p>
      <w:r>
        <w:rPr>
          <w:b/>
        </w:rPr>
        <w:t xml:space="preserve">AI &amp; Automation: </w:t>
      </w:r>
      <w:r>
        <w:t>AI Chatbots, AI Agents, Generative AI, Prompt Engineering, AI Automation, AI Workflow Automation, Marketing Automation</w:t>
      </w:r>
    </w:p>
    <w:p>
      <w:r>
        <w:rPr>
          <w:b/>
        </w:rPr>
        <w:t xml:space="preserve">Development: </w:t>
      </w:r>
      <w:r>
        <w:t>Website Development, App Development, Game Development, WordPress, Shopify, UI/UX and digital product development</w:t>
      </w:r>
    </w:p>
    <w:p>
      <w:r>
        <w:rPr>
          <w:b/>
        </w:rPr>
        <w:t xml:space="preserve">Marketing &amp; E-commerce: </w:t>
      </w:r>
      <w:r>
        <w:t>Digital Marketing, SEO, Social Media Marketing, Social Media Management, YouTube Automation, E-commerce, Dropshipping, Blogging</w:t>
      </w:r>
    </w:p>
    <w:p>
      <w:pPr>
        <w:spacing w:before="120" w:after="40"/>
      </w:pPr>
      <w:r>
        <w:rPr>
          <w:b/>
          <w:sz w:val="22"/>
        </w:rPr>
        <w:t>EDUCATION</w:t>
      </w:r>
    </w:p>
    <w:p>
      <w:r>
        <w:t>[Add your highest completed education / diploma / certification]</w:t>
      </w:r>
    </w:p>
    <w:p>
      <w:pPr>
        <w:spacing w:before="120" w:after="40"/>
      </w:pPr>
      <w:r>
        <w:rPr>
          <w:b/>
          <w:sz w:val="22"/>
        </w:rPr>
        <w:t>LANGUAGES</w:t>
      </w:r>
    </w:p>
    <w:p>
      <w:r>
        <w:t>Urdu • Punjabi • English  [Keep only languages you can genuinely communicate in]</w:t>
      </w:r>
    </w:p>
    <w:p>
      <w:pPr>
        <w:spacing w:before="120" w:after="40"/>
      </w:pPr>
      <w:r>
        <w:rPr>
          <w:b/>
          <w:sz w:val="22"/>
        </w:rPr>
        <w:t>ADDITIONAL INFORMATION</w:t>
      </w:r>
    </w:p>
    <w:p>
      <w:r>
        <w:t>Nationality: Pakistani</w:t>
        <w:br/>
        <w:t>Current Location: Rahim Yar Khan, Punjab, Pakistan</w:t>
        <w:br/>
        <w:t>Availability: Immediately / [Update if different]</w:t>
      </w:r>
    </w:p>
    <w:p>
      <w:pPr>
        <w:spacing w:before="120" w:after="40"/>
      </w:pPr>
      <w:r>
        <w:rPr>
          <w:b/>
          <w:sz w:val="22"/>
        </w:rPr>
        <w:t>CAREER OBJECTIVE</w:t>
      </w:r>
    </w:p>
    <w:p>
      <w:r>
        <w:t>To obtain a professional opportunity in the Gulf where I can apply my combined expertise in video editing, animation, AI, automation, digital development, marketing and e-commerce to deliver high-quality digital solutions, improve workflows and contribute to business growth.</w:t>
      </w:r>
    </w:p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